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BB658" w14:textId="77777777" w:rsidR="005662BA" w:rsidRDefault="005662BA" w:rsidP="005662BA">
      <w:pPr>
        <w:pStyle w:val="Standard"/>
        <w:jc w:val="center"/>
        <w:rPr>
          <w:b/>
          <w:bCs/>
          <w:sz w:val="18"/>
          <w:szCs w:val="18"/>
        </w:rPr>
      </w:pPr>
      <w:r w:rsidRPr="000950A3">
        <w:rPr>
          <w:rFonts w:ascii="Aptos Display" w:hAnsi="Aptos Display"/>
          <w:b/>
          <w:noProof/>
          <w:color w:val="0F4761"/>
          <w:sz w:val="26"/>
          <w:szCs w:val="26"/>
        </w:rPr>
        <w:drawing>
          <wp:inline distT="0" distB="0" distL="0" distR="0" wp14:anchorId="4EFF4148" wp14:editId="24B264C1">
            <wp:extent cx="855345" cy="603773"/>
            <wp:effectExtent l="0" t="0" r="1905" b="6350"/>
            <wp:docPr id="1566338246" name="Immagine 4" descr="Immagine che contiene testo, Carattere, logo, Blu elettr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338246" name="Immagine 4" descr="Immagine che contiene testo, Carattere, logo, Blu elettric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851" cy="60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50A3">
        <w:rPr>
          <w:rFonts w:ascii="Aptos Display" w:hAnsi="Aptos Display"/>
          <w:noProof/>
          <w:color w:val="0F4761"/>
          <w:sz w:val="26"/>
          <w:szCs w:val="26"/>
        </w:rPr>
        <w:drawing>
          <wp:inline distT="0" distB="0" distL="0" distR="0" wp14:anchorId="70844439" wp14:editId="1D3A3F96">
            <wp:extent cx="1085850" cy="714375"/>
            <wp:effectExtent l="0" t="0" r="0" b="9525"/>
            <wp:docPr id="2042578682" name="Immagine 3" descr="Immagine che contiene testo, logo, Carattere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578682" name="Immagine 3" descr="Immagine che contiene testo, logo, Carattere, simbol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50A3">
        <w:rPr>
          <w:rFonts w:ascii="Aptos Display" w:hAnsi="Aptos Display"/>
          <w:b/>
          <w:noProof/>
          <w:color w:val="0F4761"/>
        </w:rPr>
        <w:drawing>
          <wp:inline distT="0" distB="0" distL="0" distR="0" wp14:anchorId="5EA62127" wp14:editId="2652AFD5">
            <wp:extent cx="723900" cy="714375"/>
            <wp:effectExtent l="0" t="0" r="0" b="9525"/>
            <wp:docPr id="792991803" name="Immagine 2" descr="Immagine che contiene emblema, simbolo, cerchio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991803" name="Immagine 2" descr="Immagine che contiene emblema, simbolo, cerchio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 Display" w:hAnsi="Aptos Display"/>
          <w:b/>
          <w:noProof/>
          <w:color w:val="0F4761"/>
        </w:rPr>
        <w:t xml:space="preserve"> </w:t>
      </w:r>
      <w:r w:rsidRPr="000950A3">
        <w:rPr>
          <w:rFonts w:ascii="Aptos Display" w:hAnsi="Aptos Display"/>
          <w:noProof/>
          <w:color w:val="0F4761"/>
          <w:sz w:val="26"/>
          <w:szCs w:val="26"/>
        </w:rPr>
        <w:drawing>
          <wp:inline distT="0" distB="0" distL="0" distR="0" wp14:anchorId="4D304FFA" wp14:editId="129B1E0A">
            <wp:extent cx="870351" cy="608310"/>
            <wp:effectExtent l="0" t="0" r="6350" b="1905"/>
            <wp:docPr id="482640859" name="Immagine 1" descr="Immagine che contiene stella, bandier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640859" name="Immagine 1" descr="Immagine che contiene stella, bandier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886" cy="622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4F79B" w14:textId="77777777" w:rsidR="005662BA" w:rsidRDefault="005662BA">
      <w:pPr>
        <w:spacing w:after="40"/>
        <w:jc w:val="center"/>
        <w:rPr>
          <w:rFonts w:ascii="Calibri" w:hAnsi="Calibri"/>
          <w:b/>
          <w:lang w:val="it-IT"/>
        </w:rPr>
      </w:pPr>
    </w:p>
    <w:p w14:paraId="2C99BDAD" w14:textId="3F1BC157" w:rsidR="00E23146" w:rsidRPr="005662BA" w:rsidRDefault="00CF4E87">
      <w:pPr>
        <w:spacing w:after="40"/>
        <w:jc w:val="center"/>
        <w:rPr>
          <w:lang w:val="it-IT"/>
        </w:rPr>
      </w:pPr>
      <w:r w:rsidRPr="005662BA">
        <w:rPr>
          <w:rFonts w:ascii="Calibri" w:hAnsi="Calibri"/>
          <w:b/>
          <w:lang w:val="it-IT"/>
        </w:rPr>
        <w:t>ISTITUTO STATALE D’ISTRUZIONE SECONDARIA SUPERIORE “G. B. NOVELLI”</w:t>
      </w:r>
    </w:p>
    <w:p w14:paraId="3DF451BF" w14:textId="5BA52793" w:rsidR="00E23146" w:rsidRPr="005662BA" w:rsidRDefault="00CF4E87" w:rsidP="005662BA">
      <w:pPr>
        <w:spacing w:after="240"/>
        <w:jc w:val="center"/>
        <w:rPr>
          <w:lang w:val="it-IT"/>
        </w:rPr>
      </w:pPr>
      <w:r w:rsidRPr="005662BA">
        <w:rPr>
          <w:rFonts w:ascii="Calibri" w:hAnsi="Calibri"/>
          <w:sz w:val="17"/>
          <w:lang w:val="it-IT"/>
        </w:rPr>
        <w:t>Via G.B. Novelli, N° 1 - 81025 MARCIANISE (CE)</w:t>
      </w:r>
      <w:r w:rsidRPr="005662BA">
        <w:rPr>
          <w:rFonts w:ascii="Calibri" w:hAnsi="Calibri"/>
          <w:sz w:val="17"/>
          <w:lang w:val="it-IT"/>
        </w:rPr>
        <w:br/>
        <w:t>Tel.: 0823.511909 – Codice Fiscale: 80102490614 – Codice Meccanografico: CEIS01100N</w:t>
      </w:r>
      <w:r w:rsidRPr="005662BA">
        <w:rPr>
          <w:rFonts w:ascii="Calibri" w:hAnsi="Calibri"/>
          <w:sz w:val="17"/>
          <w:lang w:val="it-IT"/>
        </w:rPr>
        <w:br/>
        <w:t>E-mail: ceis01100n@istruzione.it – PEC: ceis01100n@pec.istruzione.it – Sito Web: www.istitutonovelli.edu.it</w:t>
      </w:r>
    </w:p>
    <w:p w14:paraId="60F0D238" w14:textId="77777777" w:rsidR="00E23146" w:rsidRPr="005662BA" w:rsidRDefault="00CF4E87">
      <w:pPr>
        <w:spacing w:after="40"/>
        <w:jc w:val="center"/>
        <w:rPr>
          <w:lang w:val="it-IT"/>
        </w:rPr>
      </w:pPr>
      <w:r w:rsidRPr="005662BA">
        <w:rPr>
          <w:rFonts w:ascii="Calibri" w:hAnsi="Calibri"/>
          <w:b/>
          <w:sz w:val="26"/>
          <w:lang w:val="it-IT"/>
        </w:rPr>
        <w:t>AUTORIZZAZIONE E CONSENSO INFORMATO</w:t>
      </w:r>
    </w:p>
    <w:p w14:paraId="11BD9346" w14:textId="77777777" w:rsidR="00E23146" w:rsidRPr="005662BA" w:rsidRDefault="00CF4E87">
      <w:pPr>
        <w:jc w:val="center"/>
        <w:rPr>
          <w:rFonts w:ascii="Calibri" w:hAnsi="Calibri"/>
          <w:b/>
          <w:lang w:val="it-IT"/>
        </w:rPr>
      </w:pPr>
      <w:r w:rsidRPr="005662BA">
        <w:rPr>
          <w:rFonts w:ascii="Calibri" w:hAnsi="Calibri"/>
          <w:b/>
          <w:lang w:val="it-IT"/>
        </w:rPr>
        <w:t>PERCORSI DI FORMAZIONE SCUOLA-LAVORO – FSL (EX PCTO)</w:t>
      </w:r>
      <w:r w:rsidRPr="005662BA">
        <w:rPr>
          <w:rFonts w:ascii="Calibri" w:hAnsi="Calibri"/>
          <w:b/>
          <w:lang w:val="it-IT"/>
        </w:rPr>
        <w:br/>
        <w:t>ANNO SCOLASTICO 2026/2027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28"/>
        <w:gridCol w:w="6598"/>
      </w:tblGrid>
      <w:tr w:rsidR="005662BA" w:rsidRPr="001B133E" w14:paraId="07BF1899" w14:textId="77777777" w:rsidTr="005662BA">
        <w:tc>
          <w:tcPr>
            <w:tcW w:w="3369" w:type="dxa"/>
          </w:tcPr>
          <w:p w14:paraId="15F8E247" w14:textId="4741B6AE" w:rsidR="005662BA" w:rsidRDefault="005662BA" w:rsidP="005662BA">
            <w:pPr>
              <w:rPr>
                <w:lang w:val="it-IT"/>
              </w:rPr>
            </w:pPr>
            <w:r>
              <w:rPr>
                <w:b/>
                <w:sz w:val="19"/>
              </w:rPr>
              <w:t>PROGETTO:</w:t>
            </w:r>
          </w:p>
        </w:tc>
        <w:tc>
          <w:tcPr>
            <w:tcW w:w="6707" w:type="dxa"/>
          </w:tcPr>
          <w:p w14:paraId="080D77F1" w14:textId="106339F0" w:rsidR="005662BA" w:rsidRPr="005662BA" w:rsidRDefault="005662BA" w:rsidP="005662BA">
            <w:pPr>
              <w:jc w:val="both"/>
              <w:rPr>
                <w:sz w:val="19"/>
                <w:lang w:val="it-IT"/>
              </w:rPr>
            </w:pPr>
            <w:r w:rsidRPr="005662BA">
              <w:rPr>
                <w:sz w:val="19"/>
                <w:lang w:val="it-IT"/>
              </w:rPr>
              <w:t>«Estate di San Martino» – XVI Edizione</w:t>
            </w:r>
          </w:p>
        </w:tc>
      </w:tr>
      <w:tr w:rsidR="005662BA" w14:paraId="05547DC6" w14:textId="77777777" w:rsidTr="005662BA">
        <w:tc>
          <w:tcPr>
            <w:tcW w:w="3369" w:type="dxa"/>
          </w:tcPr>
          <w:p w14:paraId="491F6C85" w14:textId="0098B4EA" w:rsidR="005662BA" w:rsidRDefault="005662BA" w:rsidP="005662BA">
            <w:pPr>
              <w:rPr>
                <w:lang w:val="it-IT"/>
              </w:rPr>
            </w:pPr>
            <w:r>
              <w:rPr>
                <w:b/>
                <w:sz w:val="19"/>
              </w:rPr>
              <w:t>SOGGETTO ATTUATORE / OSPITANTE:</w:t>
            </w:r>
          </w:p>
        </w:tc>
        <w:tc>
          <w:tcPr>
            <w:tcW w:w="6707" w:type="dxa"/>
          </w:tcPr>
          <w:p w14:paraId="55930C87" w14:textId="7D6126D5" w:rsidR="005662BA" w:rsidRDefault="005662BA" w:rsidP="005662BA">
            <w:pPr>
              <w:jc w:val="both"/>
              <w:rPr>
                <w:lang w:val="it-IT"/>
              </w:rPr>
            </w:pPr>
            <w:proofErr w:type="spellStart"/>
            <w:r>
              <w:rPr>
                <w:sz w:val="19"/>
              </w:rPr>
              <w:t>Associazione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Majeutica</w:t>
            </w:r>
            <w:proofErr w:type="spellEnd"/>
            <w:r>
              <w:rPr>
                <w:sz w:val="19"/>
              </w:rPr>
              <w:t xml:space="preserve"> (</w:t>
            </w:r>
            <w:proofErr w:type="spellStart"/>
            <w:r>
              <w:rPr>
                <w:sz w:val="19"/>
              </w:rPr>
              <w:t>Marcianise</w:t>
            </w:r>
            <w:proofErr w:type="spellEnd"/>
            <w:r>
              <w:rPr>
                <w:sz w:val="19"/>
              </w:rPr>
              <w:t>)</w:t>
            </w:r>
          </w:p>
        </w:tc>
      </w:tr>
      <w:tr w:rsidR="005662BA" w14:paraId="428FE2E4" w14:textId="77777777" w:rsidTr="005662BA">
        <w:tc>
          <w:tcPr>
            <w:tcW w:w="3369" w:type="dxa"/>
          </w:tcPr>
          <w:p w14:paraId="1569C988" w14:textId="131BB191" w:rsidR="005662BA" w:rsidRDefault="005662BA" w:rsidP="005662BA">
            <w:pPr>
              <w:rPr>
                <w:lang w:val="it-IT"/>
              </w:rPr>
            </w:pPr>
            <w:r>
              <w:rPr>
                <w:b/>
                <w:sz w:val="19"/>
              </w:rPr>
              <w:t>DURATA PERCORSO:</w:t>
            </w:r>
          </w:p>
        </w:tc>
        <w:tc>
          <w:tcPr>
            <w:tcW w:w="6707" w:type="dxa"/>
          </w:tcPr>
          <w:p w14:paraId="16652D84" w14:textId="49B263A2" w:rsidR="005662BA" w:rsidRPr="005662BA" w:rsidRDefault="005662BA" w:rsidP="005662BA">
            <w:pPr>
              <w:jc w:val="both"/>
              <w:rPr>
                <w:sz w:val="19"/>
              </w:rPr>
            </w:pPr>
            <w:r>
              <w:rPr>
                <w:sz w:val="19"/>
              </w:rPr>
              <w:t xml:space="preserve">N. 20 Ore </w:t>
            </w:r>
            <w:proofErr w:type="spellStart"/>
            <w:r>
              <w:rPr>
                <w:sz w:val="19"/>
              </w:rPr>
              <w:t>complessive</w:t>
            </w:r>
            <w:proofErr w:type="spellEnd"/>
          </w:p>
        </w:tc>
      </w:tr>
    </w:tbl>
    <w:p w14:paraId="633E1219" w14:textId="77777777" w:rsidR="00E23146" w:rsidRPr="005662BA" w:rsidRDefault="00CF4E87">
      <w:pPr>
        <w:spacing w:before="200" w:after="80"/>
        <w:rPr>
          <w:lang w:val="it-IT"/>
        </w:rPr>
      </w:pPr>
      <w:r w:rsidRPr="005662BA">
        <w:rPr>
          <w:rFonts w:ascii="Calibri" w:hAnsi="Calibri"/>
          <w:b/>
          <w:color w:val="003366"/>
          <w:sz w:val="21"/>
          <w:lang w:val="it-IT"/>
        </w:rPr>
        <w:t>SEZIONE 1 – DATI DELL'ALUNNO/A</w:t>
      </w:r>
    </w:p>
    <w:p w14:paraId="16516C71" w14:textId="64A7A103" w:rsidR="00E23146" w:rsidRPr="005662BA" w:rsidRDefault="00CF4E87" w:rsidP="005662BA">
      <w:pPr>
        <w:rPr>
          <w:lang w:val="it-IT"/>
        </w:rPr>
      </w:pPr>
      <w:r w:rsidRPr="005662BA">
        <w:rPr>
          <w:rFonts w:ascii="Calibri" w:hAnsi="Calibri"/>
          <w:sz w:val="19"/>
          <w:lang w:val="it-IT"/>
        </w:rPr>
        <w:t>Il/La sottoscritto/a studente/</w:t>
      </w:r>
      <w:proofErr w:type="spellStart"/>
      <w:r w:rsidRPr="005662BA">
        <w:rPr>
          <w:rFonts w:ascii="Calibri" w:hAnsi="Calibri"/>
          <w:sz w:val="19"/>
          <w:lang w:val="it-IT"/>
        </w:rPr>
        <w:t>ssa</w:t>
      </w:r>
      <w:proofErr w:type="spellEnd"/>
      <w:r w:rsidRPr="005662BA">
        <w:rPr>
          <w:rFonts w:ascii="Calibri" w:hAnsi="Calibri"/>
          <w:sz w:val="19"/>
          <w:lang w:val="it-IT"/>
        </w:rPr>
        <w:t xml:space="preserve">: ____________________________________________________ </w:t>
      </w:r>
      <w:proofErr w:type="spellStart"/>
      <w:r w:rsidRPr="005662BA">
        <w:rPr>
          <w:rFonts w:ascii="Calibri" w:hAnsi="Calibri"/>
          <w:sz w:val="19"/>
          <w:lang w:val="it-IT"/>
        </w:rPr>
        <w:t>C.F._________________________________Nato</w:t>
      </w:r>
      <w:proofErr w:type="spellEnd"/>
      <w:r w:rsidRPr="005662BA">
        <w:rPr>
          <w:rFonts w:ascii="Calibri" w:hAnsi="Calibri"/>
          <w:sz w:val="19"/>
          <w:lang w:val="it-IT"/>
        </w:rPr>
        <w:t>/a a: ____________________________________</w:t>
      </w:r>
      <w:proofErr w:type="gramStart"/>
      <w:r w:rsidRPr="005662BA">
        <w:rPr>
          <w:rFonts w:ascii="Calibri" w:hAnsi="Calibri"/>
          <w:sz w:val="19"/>
          <w:lang w:val="it-IT"/>
        </w:rPr>
        <w:t>_(</w:t>
      </w:r>
      <w:proofErr w:type="gramEnd"/>
      <w:r w:rsidRPr="005662BA">
        <w:rPr>
          <w:rFonts w:ascii="Calibri" w:hAnsi="Calibri"/>
          <w:sz w:val="19"/>
          <w:lang w:val="it-IT"/>
        </w:rPr>
        <w:t>____) il: ___ / ____/ _____</w:t>
      </w:r>
    </w:p>
    <w:p w14:paraId="4CB9DBAE" w14:textId="77777777" w:rsidR="00E23146" w:rsidRPr="005662BA" w:rsidRDefault="00CF4E87">
      <w:pPr>
        <w:rPr>
          <w:lang w:val="it-IT"/>
        </w:rPr>
      </w:pPr>
      <w:r w:rsidRPr="005662BA">
        <w:rPr>
          <w:rFonts w:ascii="Calibri" w:hAnsi="Calibri"/>
          <w:sz w:val="19"/>
          <w:lang w:val="it-IT"/>
        </w:rPr>
        <w:t>Iscritto/a e frequentante per l'A.S. 2026/2027 la classe: _______ Sezione: ______</w:t>
      </w:r>
    </w:p>
    <w:p w14:paraId="112D77A2" w14:textId="77777777" w:rsidR="00E23146" w:rsidRPr="005662BA" w:rsidRDefault="00CF4E87">
      <w:pPr>
        <w:rPr>
          <w:lang w:val="it-IT"/>
        </w:rPr>
      </w:pPr>
      <w:r w:rsidRPr="005662BA">
        <w:rPr>
          <w:rFonts w:ascii="Calibri" w:hAnsi="Calibri"/>
          <w:sz w:val="19"/>
          <w:lang w:val="it-IT"/>
        </w:rPr>
        <w:t>Indirizzo di Studio (selezionare la voce di interesse):</w:t>
      </w:r>
    </w:p>
    <w:p w14:paraId="18533807" w14:textId="77777777" w:rsidR="00E23146" w:rsidRPr="005662BA" w:rsidRDefault="00CF4E87">
      <w:pPr>
        <w:rPr>
          <w:lang w:val="it-IT"/>
        </w:rPr>
      </w:pPr>
      <w:proofErr w:type="gramStart"/>
      <w:r w:rsidRPr="005662BA">
        <w:rPr>
          <w:rFonts w:ascii="Calibri" w:hAnsi="Calibri"/>
          <w:sz w:val="19"/>
          <w:lang w:val="it-IT"/>
        </w:rPr>
        <w:t xml:space="preserve">[  </w:t>
      </w:r>
      <w:proofErr w:type="gramEnd"/>
      <w:r w:rsidRPr="005662BA">
        <w:rPr>
          <w:rFonts w:ascii="Calibri" w:hAnsi="Calibri"/>
          <w:sz w:val="19"/>
          <w:lang w:val="it-IT"/>
        </w:rPr>
        <w:t xml:space="preserve"> ] Liceo delle Scienze Umane        </w:t>
      </w:r>
      <w:proofErr w:type="gramStart"/>
      <w:r w:rsidRPr="005662BA">
        <w:rPr>
          <w:rFonts w:ascii="Calibri" w:hAnsi="Calibri"/>
          <w:sz w:val="19"/>
          <w:lang w:val="it-IT"/>
        </w:rPr>
        <w:t xml:space="preserve">   [</w:t>
      </w:r>
      <w:proofErr w:type="gramEnd"/>
      <w:r w:rsidRPr="005662BA">
        <w:rPr>
          <w:rFonts w:ascii="Calibri" w:hAnsi="Calibri"/>
          <w:sz w:val="19"/>
          <w:lang w:val="it-IT"/>
        </w:rPr>
        <w:t xml:space="preserve"> </w:t>
      </w:r>
      <w:proofErr w:type="gramStart"/>
      <w:r w:rsidRPr="005662BA">
        <w:rPr>
          <w:rFonts w:ascii="Calibri" w:hAnsi="Calibri"/>
          <w:sz w:val="19"/>
          <w:lang w:val="it-IT"/>
        </w:rPr>
        <w:t xml:space="preserve">  ]</w:t>
      </w:r>
      <w:proofErr w:type="gramEnd"/>
      <w:r w:rsidRPr="005662BA">
        <w:rPr>
          <w:rFonts w:ascii="Calibri" w:hAnsi="Calibri"/>
          <w:sz w:val="19"/>
          <w:lang w:val="it-IT"/>
        </w:rPr>
        <w:t xml:space="preserve"> Liceo Linguistico        </w:t>
      </w:r>
      <w:proofErr w:type="gramStart"/>
      <w:r w:rsidRPr="005662BA">
        <w:rPr>
          <w:rFonts w:ascii="Calibri" w:hAnsi="Calibri"/>
          <w:sz w:val="19"/>
          <w:lang w:val="it-IT"/>
        </w:rPr>
        <w:t xml:space="preserve">   [</w:t>
      </w:r>
      <w:proofErr w:type="gramEnd"/>
      <w:r w:rsidRPr="005662BA">
        <w:rPr>
          <w:rFonts w:ascii="Calibri" w:hAnsi="Calibri"/>
          <w:sz w:val="19"/>
          <w:lang w:val="it-IT"/>
        </w:rPr>
        <w:t xml:space="preserve"> </w:t>
      </w:r>
      <w:proofErr w:type="gramStart"/>
      <w:r w:rsidRPr="005662BA">
        <w:rPr>
          <w:rFonts w:ascii="Calibri" w:hAnsi="Calibri"/>
          <w:sz w:val="19"/>
          <w:lang w:val="it-IT"/>
        </w:rPr>
        <w:t xml:space="preserve">  ]</w:t>
      </w:r>
      <w:proofErr w:type="gramEnd"/>
      <w:r w:rsidRPr="005662BA">
        <w:rPr>
          <w:rFonts w:ascii="Calibri" w:hAnsi="Calibri"/>
          <w:sz w:val="19"/>
          <w:lang w:val="it-IT"/>
        </w:rPr>
        <w:t xml:space="preserve"> Liceo Economico Sociale</w:t>
      </w:r>
    </w:p>
    <w:p w14:paraId="4B992488" w14:textId="77777777" w:rsidR="00E23146" w:rsidRPr="005662BA" w:rsidRDefault="00CF4E87">
      <w:pPr>
        <w:rPr>
          <w:lang w:val="it-IT"/>
        </w:rPr>
      </w:pPr>
      <w:proofErr w:type="gramStart"/>
      <w:r w:rsidRPr="005662BA">
        <w:rPr>
          <w:rFonts w:ascii="Calibri" w:hAnsi="Calibri"/>
          <w:sz w:val="19"/>
          <w:lang w:val="it-IT"/>
        </w:rPr>
        <w:t xml:space="preserve">[  </w:t>
      </w:r>
      <w:proofErr w:type="gramEnd"/>
      <w:r w:rsidRPr="005662BA">
        <w:rPr>
          <w:rFonts w:ascii="Calibri" w:hAnsi="Calibri"/>
          <w:sz w:val="19"/>
          <w:lang w:val="it-IT"/>
        </w:rPr>
        <w:t xml:space="preserve"> ] Istituto Professionale / Altro (specificare): __________________________________________________</w:t>
      </w:r>
    </w:p>
    <w:p w14:paraId="4D1B53E4" w14:textId="77777777" w:rsidR="00E23146" w:rsidRPr="005662BA" w:rsidRDefault="00CF4E87">
      <w:pPr>
        <w:spacing w:before="200" w:after="80"/>
        <w:rPr>
          <w:bCs/>
          <w:lang w:val="it-IT"/>
        </w:rPr>
      </w:pPr>
      <w:r w:rsidRPr="005662BA">
        <w:rPr>
          <w:rFonts w:ascii="Calibri" w:hAnsi="Calibri"/>
          <w:bCs/>
          <w:sz w:val="21"/>
          <w:lang w:val="it-IT"/>
        </w:rPr>
        <w:t>SEZIONE 2 – DATI DEI GENITORI / ESERCENTI LA RESPONSABILITÀ GENITORIALE</w:t>
      </w:r>
    </w:p>
    <w:p w14:paraId="2C6E2D8B" w14:textId="77777777" w:rsidR="00E23146" w:rsidRPr="005662BA" w:rsidRDefault="00CF4E87">
      <w:pPr>
        <w:rPr>
          <w:bCs/>
          <w:lang w:val="it-IT"/>
        </w:rPr>
      </w:pPr>
      <w:r w:rsidRPr="005662BA">
        <w:rPr>
          <w:rFonts w:ascii="Calibri" w:hAnsi="Calibri"/>
          <w:bCs/>
          <w:sz w:val="19"/>
          <w:lang w:val="it-IT"/>
        </w:rPr>
        <w:t>PADRE / GENITORE 1:</w:t>
      </w:r>
    </w:p>
    <w:p w14:paraId="19D5ED90" w14:textId="77777777" w:rsidR="00E23146" w:rsidRPr="005662BA" w:rsidRDefault="00CF4E87">
      <w:pPr>
        <w:rPr>
          <w:bCs/>
          <w:lang w:val="it-IT"/>
        </w:rPr>
      </w:pPr>
      <w:r w:rsidRPr="005662BA">
        <w:rPr>
          <w:rFonts w:ascii="Calibri" w:hAnsi="Calibri"/>
          <w:bCs/>
          <w:sz w:val="19"/>
          <w:lang w:val="it-IT"/>
        </w:rPr>
        <w:t>Cognome e Nome: ___________________________________________________________________________</w:t>
      </w:r>
    </w:p>
    <w:p w14:paraId="3F076C67" w14:textId="77777777" w:rsidR="00E23146" w:rsidRPr="005662BA" w:rsidRDefault="00CF4E87">
      <w:pPr>
        <w:rPr>
          <w:bCs/>
          <w:lang w:val="it-IT"/>
        </w:rPr>
      </w:pPr>
      <w:r w:rsidRPr="005662BA">
        <w:rPr>
          <w:rFonts w:ascii="Calibri" w:hAnsi="Calibri"/>
          <w:bCs/>
          <w:sz w:val="19"/>
          <w:lang w:val="it-IT"/>
        </w:rPr>
        <w:t>Codice Fiscale: _____________________________________________________________________________</w:t>
      </w:r>
    </w:p>
    <w:p w14:paraId="1AD68303" w14:textId="77777777" w:rsidR="00E23146" w:rsidRPr="005662BA" w:rsidRDefault="00CF4E87">
      <w:pPr>
        <w:rPr>
          <w:bCs/>
          <w:lang w:val="it-IT"/>
        </w:rPr>
      </w:pPr>
      <w:r w:rsidRPr="005662BA">
        <w:rPr>
          <w:rFonts w:ascii="Calibri" w:hAnsi="Calibri"/>
          <w:bCs/>
          <w:sz w:val="19"/>
          <w:lang w:val="it-IT"/>
        </w:rPr>
        <w:t>Documento d'Identità: _______________________________________ N° ___________________________</w:t>
      </w:r>
    </w:p>
    <w:p w14:paraId="326CCA88" w14:textId="77777777" w:rsidR="00E23146" w:rsidRPr="005662BA" w:rsidRDefault="00CF4E87">
      <w:pPr>
        <w:rPr>
          <w:bCs/>
          <w:lang w:val="it-IT"/>
        </w:rPr>
      </w:pPr>
      <w:r w:rsidRPr="005662BA">
        <w:rPr>
          <w:rFonts w:ascii="Calibri" w:hAnsi="Calibri"/>
          <w:bCs/>
          <w:sz w:val="19"/>
          <w:lang w:val="it-IT"/>
        </w:rPr>
        <w:t>MADRE / GENITORE 2:</w:t>
      </w:r>
    </w:p>
    <w:p w14:paraId="12A27EFA" w14:textId="77777777" w:rsidR="00E23146" w:rsidRPr="005662BA" w:rsidRDefault="00CF4E87">
      <w:pPr>
        <w:rPr>
          <w:bCs/>
          <w:lang w:val="it-IT"/>
        </w:rPr>
      </w:pPr>
      <w:r w:rsidRPr="005662BA">
        <w:rPr>
          <w:rFonts w:ascii="Calibri" w:hAnsi="Calibri"/>
          <w:bCs/>
          <w:sz w:val="19"/>
          <w:lang w:val="it-IT"/>
        </w:rPr>
        <w:t>Cognome e Nome: ___________________________________________________________________________</w:t>
      </w:r>
    </w:p>
    <w:p w14:paraId="7EEDFFCD" w14:textId="77777777" w:rsidR="00E23146" w:rsidRPr="005662BA" w:rsidRDefault="00CF4E87">
      <w:pPr>
        <w:rPr>
          <w:bCs/>
          <w:lang w:val="it-IT"/>
        </w:rPr>
      </w:pPr>
      <w:r w:rsidRPr="005662BA">
        <w:rPr>
          <w:rFonts w:ascii="Calibri" w:hAnsi="Calibri"/>
          <w:bCs/>
          <w:sz w:val="19"/>
          <w:lang w:val="it-IT"/>
        </w:rPr>
        <w:t>Codice Fiscale: _____________________________________________________________________________</w:t>
      </w:r>
    </w:p>
    <w:p w14:paraId="0B7B6A84" w14:textId="77777777" w:rsidR="00E23146" w:rsidRPr="005662BA" w:rsidRDefault="00CF4E87">
      <w:pPr>
        <w:rPr>
          <w:bCs/>
          <w:lang w:val="it-IT"/>
        </w:rPr>
      </w:pPr>
      <w:r w:rsidRPr="005662BA">
        <w:rPr>
          <w:rFonts w:ascii="Calibri" w:hAnsi="Calibri"/>
          <w:bCs/>
          <w:sz w:val="19"/>
          <w:lang w:val="it-IT"/>
        </w:rPr>
        <w:t>Documento d'Identità: _______________________________________ N° ___________________________</w:t>
      </w:r>
    </w:p>
    <w:p w14:paraId="18B1F3FE" w14:textId="77777777" w:rsidR="00E23146" w:rsidRPr="005662BA" w:rsidRDefault="00CF4E87">
      <w:pPr>
        <w:spacing w:before="200" w:after="80"/>
        <w:rPr>
          <w:bCs/>
          <w:lang w:val="it-IT"/>
        </w:rPr>
      </w:pPr>
      <w:r w:rsidRPr="005662BA">
        <w:rPr>
          <w:rFonts w:ascii="Calibri" w:hAnsi="Calibri"/>
          <w:bCs/>
          <w:sz w:val="21"/>
          <w:lang w:val="it-IT"/>
        </w:rPr>
        <w:t>SEZIONE 3 – CONSENSO INFORMATO</w:t>
      </w:r>
    </w:p>
    <w:p w14:paraId="7DEA06ED" w14:textId="77777777" w:rsidR="00E23146" w:rsidRPr="0075704A" w:rsidRDefault="00CF4E87">
      <w:pPr>
        <w:rPr>
          <w:rFonts w:asciiTheme="majorHAnsi" w:hAnsiTheme="majorHAnsi" w:cstheme="majorHAnsi"/>
          <w:bCs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bCs/>
          <w:sz w:val="18"/>
          <w:szCs w:val="18"/>
          <w:lang w:val="it-IT"/>
        </w:rPr>
        <w:t>I sottoscritti genitori / esercenti la responsabilità genitoriale dell'alunno/a sopra indicato/a,</w:t>
      </w:r>
    </w:p>
    <w:p w14:paraId="1618A005" w14:textId="77777777" w:rsidR="00E23146" w:rsidRPr="0075704A" w:rsidRDefault="00CF4E87" w:rsidP="005662BA">
      <w:pPr>
        <w:jc w:val="center"/>
        <w:rPr>
          <w:rFonts w:asciiTheme="majorHAnsi" w:hAnsiTheme="majorHAnsi" w:cstheme="majorHAnsi"/>
          <w:b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b/>
          <w:sz w:val="18"/>
          <w:szCs w:val="18"/>
          <w:lang w:val="it-IT"/>
        </w:rPr>
        <w:t>DICHIARANO</w:t>
      </w:r>
    </w:p>
    <w:p w14:paraId="49BFA546" w14:textId="77777777" w:rsidR="00E23146" w:rsidRPr="0075704A" w:rsidRDefault="00CF4E87" w:rsidP="005662BA">
      <w:pPr>
        <w:jc w:val="both"/>
        <w:rPr>
          <w:rFonts w:asciiTheme="majorHAnsi" w:hAnsiTheme="majorHAnsi" w:cstheme="majorHAnsi"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sz w:val="18"/>
          <w:szCs w:val="18"/>
          <w:lang w:val="it-IT"/>
        </w:rPr>
        <w:lastRenderedPageBreak/>
        <w:t xml:space="preserve">1. Di aver preso visione della Circolare d'Istituto d'avvio del Progetto e della relativa Convenzione stipulata con l'Associazione </w:t>
      </w:r>
      <w:proofErr w:type="spellStart"/>
      <w:r w:rsidRPr="0075704A">
        <w:rPr>
          <w:rFonts w:asciiTheme="majorHAnsi" w:hAnsiTheme="majorHAnsi" w:cstheme="majorHAnsi"/>
          <w:sz w:val="18"/>
          <w:szCs w:val="18"/>
          <w:lang w:val="it-IT"/>
        </w:rPr>
        <w:t>Majeutica</w:t>
      </w:r>
      <w:proofErr w:type="spellEnd"/>
      <w:r w:rsidRPr="0075704A">
        <w:rPr>
          <w:rFonts w:asciiTheme="majorHAnsi" w:hAnsiTheme="majorHAnsi" w:cstheme="majorHAnsi"/>
          <w:sz w:val="18"/>
          <w:szCs w:val="18"/>
          <w:lang w:val="it-IT"/>
        </w:rPr>
        <w:t>, comprendendo la natura, le finalità orientative e l'articolazione delle attività previste (20 ore complessive);</w:t>
      </w:r>
    </w:p>
    <w:p w14:paraId="583456E1" w14:textId="77777777" w:rsidR="00E23146" w:rsidRPr="0075704A" w:rsidRDefault="00CF4E87" w:rsidP="005662BA">
      <w:pPr>
        <w:jc w:val="both"/>
        <w:rPr>
          <w:rFonts w:asciiTheme="majorHAnsi" w:hAnsiTheme="majorHAnsi" w:cstheme="majorHAnsi"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sz w:val="18"/>
          <w:szCs w:val="18"/>
          <w:lang w:val="it-IT"/>
        </w:rPr>
        <w:t>2. Di essere a conoscenza dell'obbligatorietà del percorso di Formazione Scuola-Lavoro (FSL ex PCTO) ai fini del curriculum scolastico, dell'attribuzione del credito e dell'Ammissione agli Esami di Stato (</w:t>
      </w:r>
      <w:proofErr w:type="spellStart"/>
      <w:r w:rsidRPr="0075704A">
        <w:rPr>
          <w:rFonts w:asciiTheme="majorHAnsi" w:hAnsiTheme="majorHAnsi" w:cstheme="majorHAnsi"/>
          <w:sz w:val="18"/>
          <w:szCs w:val="18"/>
          <w:lang w:val="it-IT"/>
        </w:rPr>
        <w:t>D.Lgs.</w:t>
      </w:r>
      <w:proofErr w:type="spellEnd"/>
      <w:r w:rsidRPr="0075704A">
        <w:rPr>
          <w:rFonts w:asciiTheme="majorHAnsi" w:hAnsiTheme="majorHAnsi" w:cstheme="majorHAnsi"/>
          <w:sz w:val="18"/>
          <w:szCs w:val="18"/>
          <w:lang w:val="it-IT"/>
        </w:rPr>
        <w:t xml:space="preserve"> 62/2017 e </w:t>
      </w:r>
      <w:proofErr w:type="spellStart"/>
      <w:r w:rsidRPr="0075704A">
        <w:rPr>
          <w:rFonts w:asciiTheme="majorHAnsi" w:hAnsiTheme="majorHAnsi" w:cstheme="majorHAnsi"/>
          <w:sz w:val="18"/>
          <w:szCs w:val="18"/>
          <w:lang w:val="it-IT"/>
        </w:rPr>
        <w:t>succ</w:t>
      </w:r>
      <w:proofErr w:type="spellEnd"/>
      <w:r w:rsidRPr="0075704A">
        <w:rPr>
          <w:rFonts w:asciiTheme="majorHAnsi" w:hAnsiTheme="majorHAnsi" w:cstheme="majorHAnsi"/>
          <w:sz w:val="18"/>
          <w:szCs w:val="18"/>
          <w:lang w:val="it-IT"/>
        </w:rPr>
        <w:t>. mod.);</w:t>
      </w:r>
    </w:p>
    <w:p w14:paraId="6AF5D784" w14:textId="77777777" w:rsidR="00E23146" w:rsidRPr="0075704A" w:rsidRDefault="00CF4E87" w:rsidP="005662BA">
      <w:pPr>
        <w:jc w:val="both"/>
        <w:rPr>
          <w:rFonts w:asciiTheme="majorHAnsi" w:hAnsiTheme="majorHAnsi" w:cstheme="majorHAnsi"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sz w:val="18"/>
          <w:szCs w:val="18"/>
          <w:lang w:val="it-IT"/>
        </w:rPr>
        <w:t>3. Di impegnarsi a far rispettare al/alla proprio/a figlio/a gli orari concordati, il Patto Formativo, il Regolamento d'Istituto, il Codice Disciplinare e le disposizioni impartite dai tutor e dal personale scolastico referente;</w:t>
      </w:r>
    </w:p>
    <w:p w14:paraId="7459E4BA" w14:textId="78CED167" w:rsidR="00E23146" w:rsidRPr="0075704A" w:rsidRDefault="00CF4E87" w:rsidP="005662BA">
      <w:pPr>
        <w:jc w:val="both"/>
        <w:rPr>
          <w:rFonts w:asciiTheme="majorHAnsi" w:hAnsiTheme="majorHAnsi" w:cstheme="majorHAnsi"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sz w:val="18"/>
          <w:szCs w:val="18"/>
          <w:lang w:val="it-IT"/>
        </w:rPr>
        <w:t xml:space="preserve">4. Di esonerare l’Istituzione Scolastica da tutte le responsabilità derivanti da danni cagionati dall’alunno/a dovuti a negligenza, imprudenza o inosservanza delle regole di condotta impartite dai tutor e referenti del progetto, assumendosene in proprio la responsabilità. Il risarcimento di eventuali danni arrecati dal/dalla proprio/a figlio/a </w:t>
      </w:r>
      <w:proofErr w:type="spellStart"/>
      <w:r w:rsidRPr="0075704A">
        <w:rPr>
          <w:rFonts w:asciiTheme="majorHAnsi" w:hAnsiTheme="majorHAnsi" w:cstheme="majorHAnsi"/>
          <w:sz w:val="18"/>
          <w:szCs w:val="18"/>
          <w:lang w:val="it-IT"/>
        </w:rPr>
        <w:t>a</w:t>
      </w:r>
      <w:proofErr w:type="spellEnd"/>
      <w:r w:rsidRPr="0075704A">
        <w:rPr>
          <w:rFonts w:asciiTheme="majorHAnsi" w:hAnsiTheme="majorHAnsi" w:cstheme="majorHAnsi"/>
          <w:sz w:val="18"/>
          <w:szCs w:val="18"/>
          <w:lang w:val="it-IT"/>
        </w:rPr>
        <w:t xml:space="preserve"> persone, ambienti, strutture, arredi o</w:t>
      </w:r>
      <w:r w:rsidR="005662BA" w:rsidRPr="0075704A">
        <w:rPr>
          <w:rFonts w:asciiTheme="majorHAnsi" w:hAnsiTheme="majorHAnsi" w:cstheme="majorHAnsi"/>
          <w:sz w:val="18"/>
          <w:szCs w:val="18"/>
          <w:lang w:val="it-IT"/>
        </w:rPr>
        <w:t xml:space="preserve"> </w:t>
      </w:r>
      <w:r w:rsidRPr="0075704A">
        <w:rPr>
          <w:rFonts w:asciiTheme="majorHAnsi" w:hAnsiTheme="majorHAnsi" w:cstheme="majorHAnsi"/>
          <w:sz w:val="18"/>
          <w:szCs w:val="18"/>
          <w:lang w:val="it-IT"/>
        </w:rPr>
        <w:t>materiali durante lo svolgimento dell’attività formativa sarà a totale ed esclusivo carico degli esercenti la responsabilità genitoriale (o dello/a studente/</w:t>
      </w:r>
      <w:proofErr w:type="spellStart"/>
      <w:r w:rsidRPr="0075704A">
        <w:rPr>
          <w:rFonts w:asciiTheme="majorHAnsi" w:hAnsiTheme="majorHAnsi" w:cstheme="majorHAnsi"/>
          <w:sz w:val="18"/>
          <w:szCs w:val="18"/>
          <w:lang w:val="it-IT"/>
        </w:rPr>
        <w:t>ssa</w:t>
      </w:r>
      <w:proofErr w:type="spellEnd"/>
      <w:r w:rsidRPr="0075704A">
        <w:rPr>
          <w:rFonts w:asciiTheme="majorHAnsi" w:hAnsiTheme="majorHAnsi" w:cstheme="majorHAnsi"/>
          <w:sz w:val="18"/>
          <w:szCs w:val="18"/>
          <w:lang w:val="it-IT"/>
        </w:rPr>
        <w:t xml:space="preserve"> se maggiorenne).</w:t>
      </w:r>
    </w:p>
    <w:p w14:paraId="28C187A0" w14:textId="1B5CA63A" w:rsidR="004B101F" w:rsidRPr="00194F18" w:rsidRDefault="00CF4E87" w:rsidP="004B101F">
      <w:pPr>
        <w:spacing w:before="200" w:after="80"/>
        <w:jc w:val="both"/>
        <w:rPr>
          <w:rFonts w:asciiTheme="majorHAnsi" w:hAnsiTheme="majorHAnsi" w:cstheme="majorHAnsi"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b/>
          <w:sz w:val="18"/>
          <w:szCs w:val="18"/>
          <w:lang w:val="it-IT"/>
        </w:rPr>
        <w:t>SEZIONE 4 – AUTORIZZAZIONE AGLI SPOSTAMENTI E MODALITÀ DI TRASPORTO</w:t>
      </w:r>
    </w:p>
    <w:p w14:paraId="237CBBF9" w14:textId="77777777" w:rsidR="004B101F" w:rsidRPr="00194F18" w:rsidRDefault="004B101F" w:rsidP="004B101F">
      <w:pPr>
        <w:spacing w:after="0" w:line="240" w:lineRule="auto"/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</w:pPr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 xml:space="preserve">I sottoscritti </w:t>
      </w:r>
      <w:r w:rsidRPr="00194F18">
        <w:rPr>
          <w:rFonts w:asciiTheme="majorHAnsi" w:eastAsia="Times New Roman" w:hAnsiTheme="majorHAnsi" w:cstheme="majorHAnsi"/>
          <w:b/>
          <w:bCs/>
          <w:color w:val="1F1F1F"/>
          <w:sz w:val="18"/>
          <w:szCs w:val="18"/>
          <w:bdr w:val="none" w:sz="0" w:space="0" w:color="auto" w:frame="1"/>
          <w:lang w:val="it-IT" w:eastAsia="it-IT"/>
        </w:rPr>
        <w:t>AUTORIZZANO</w:t>
      </w:r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 xml:space="preserve"> il/la proprio/a figlio/a </w:t>
      </w:r>
      <w:proofErr w:type="spellStart"/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>a</w:t>
      </w:r>
      <w:proofErr w:type="spellEnd"/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 xml:space="preserve"> partecipare agli spostamenti e alle attività esterne programmate secondo il seguente calendario e modalità:</w:t>
      </w:r>
    </w:p>
    <w:p w14:paraId="034417CD" w14:textId="77777777" w:rsidR="004B101F" w:rsidRPr="00194F18" w:rsidRDefault="004B101F" w:rsidP="004B101F">
      <w:pPr>
        <w:spacing w:after="0" w:line="240" w:lineRule="auto"/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</w:pPr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  <w:br/>
      </w:r>
    </w:p>
    <w:p w14:paraId="6651CCDE" w14:textId="77777777" w:rsidR="004B101F" w:rsidRPr="00194F18" w:rsidRDefault="004B101F" w:rsidP="004B101F">
      <w:pPr>
        <w:numPr>
          <w:ilvl w:val="0"/>
          <w:numId w:val="11"/>
        </w:numPr>
        <w:spacing w:after="0" w:line="240" w:lineRule="auto"/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</w:pPr>
      <w:r w:rsidRPr="00194F18">
        <w:rPr>
          <w:rFonts w:asciiTheme="majorHAnsi" w:eastAsia="Times New Roman" w:hAnsiTheme="majorHAnsi" w:cstheme="majorHAnsi"/>
          <w:b/>
          <w:bCs/>
          <w:color w:val="1F1F1F"/>
          <w:sz w:val="18"/>
          <w:szCs w:val="18"/>
          <w:bdr w:val="none" w:sz="0" w:space="0" w:color="auto" w:frame="1"/>
          <w:lang w:val="it-IT" w:eastAsia="it-IT"/>
        </w:rPr>
        <w:t>Venerdì 6 novembre 2026 (Attività in orario scolastico):</w:t>
      </w:r>
    </w:p>
    <w:p w14:paraId="6B2D3FBC" w14:textId="77777777" w:rsidR="004B101F" w:rsidRPr="00194F18" w:rsidRDefault="004B101F" w:rsidP="004B101F">
      <w:pPr>
        <w:spacing w:after="0" w:line="240" w:lineRule="auto"/>
        <w:ind w:left="720"/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</w:pPr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  <w:br/>
      </w:r>
    </w:p>
    <w:p w14:paraId="41F2ED08" w14:textId="49D6684B" w:rsidR="004B101F" w:rsidRPr="00194F18" w:rsidRDefault="004B101F" w:rsidP="004B101F">
      <w:pPr>
        <w:numPr>
          <w:ilvl w:val="1"/>
          <w:numId w:val="11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</w:pPr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 xml:space="preserve">Dalle ore 10:30, spostamento a </w:t>
      </w:r>
      <w:proofErr w:type="gramStart"/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>piedi  autorizzati</w:t>
      </w:r>
      <w:proofErr w:type="gramEnd"/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 xml:space="preserve"> dalla sede scolastica alla sede di via Santoro a Marcianise per svolgere le attività preparatorie finalizzate all’evento. Lo spostamento avverrà con l'accompagnamento e sotto la vigilanza dei docenti referenti del Team FSL.</w:t>
      </w:r>
    </w:p>
    <w:p w14:paraId="1F7C2EBD" w14:textId="77777777" w:rsidR="004B101F" w:rsidRPr="00194F18" w:rsidRDefault="004B101F" w:rsidP="004B101F">
      <w:pPr>
        <w:spacing w:after="0" w:line="240" w:lineRule="auto"/>
        <w:ind w:left="1440"/>
        <w:jc w:val="both"/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</w:pPr>
    </w:p>
    <w:p w14:paraId="7A19D289" w14:textId="647E7E3F" w:rsidR="004B101F" w:rsidRPr="00194F18" w:rsidRDefault="004B101F" w:rsidP="004B101F">
      <w:pPr>
        <w:numPr>
          <w:ilvl w:val="1"/>
          <w:numId w:val="11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</w:pPr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>Alle ore 12:30 circa, gli studenti faranno rientro presso il plesso scolastico, sempre accompagnati dai docenti, per proseguire le regolari attività didattiche in orario.</w:t>
      </w:r>
    </w:p>
    <w:p w14:paraId="4BAED5B8" w14:textId="77777777" w:rsidR="004B101F" w:rsidRPr="00194F18" w:rsidRDefault="004B101F" w:rsidP="004B101F">
      <w:pPr>
        <w:spacing w:after="0" w:line="240" w:lineRule="auto"/>
        <w:ind w:left="1440"/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</w:pPr>
    </w:p>
    <w:p w14:paraId="0D49C8BE" w14:textId="77777777" w:rsidR="004B101F" w:rsidRPr="00194F18" w:rsidRDefault="004B101F" w:rsidP="004B101F">
      <w:pPr>
        <w:numPr>
          <w:ilvl w:val="0"/>
          <w:numId w:val="11"/>
        </w:numPr>
        <w:spacing w:after="0" w:line="240" w:lineRule="auto"/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</w:pPr>
      <w:r w:rsidRPr="00194F18">
        <w:rPr>
          <w:rFonts w:asciiTheme="majorHAnsi" w:eastAsia="Times New Roman" w:hAnsiTheme="majorHAnsi" w:cstheme="majorHAnsi"/>
          <w:b/>
          <w:bCs/>
          <w:color w:val="1F1F1F"/>
          <w:sz w:val="18"/>
          <w:szCs w:val="18"/>
          <w:bdr w:val="none" w:sz="0" w:space="0" w:color="auto" w:frame="1"/>
          <w:lang w:val="it-IT" w:eastAsia="it-IT"/>
        </w:rPr>
        <w:t>Sabato 7 e Domenica 8 novembre 2026 (Attività extra-scolastiche):</w:t>
      </w:r>
    </w:p>
    <w:p w14:paraId="62A6CCC8" w14:textId="77777777" w:rsidR="004B101F" w:rsidRPr="00194F18" w:rsidRDefault="004B101F" w:rsidP="004B101F">
      <w:pPr>
        <w:spacing w:after="0" w:line="240" w:lineRule="auto"/>
        <w:ind w:left="720"/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</w:pPr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  <w:br/>
      </w:r>
    </w:p>
    <w:p w14:paraId="6B3F1D36" w14:textId="6ABF35C3" w:rsidR="004B101F" w:rsidRPr="00194F18" w:rsidRDefault="004B101F" w:rsidP="004B101F">
      <w:pPr>
        <w:numPr>
          <w:ilvl w:val="1"/>
          <w:numId w:val="11"/>
        </w:numPr>
        <w:spacing w:after="0" w:line="240" w:lineRule="auto"/>
        <w:jc w:val="both"/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</w:pPr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 xml:space="preserve"> L'alunno/a raggiungerà il punto di ritrovo presso il sagrato della Chiesa di San Michele Arcangelo (in via Duomo) per le ore 17:00 in modalità autonoma sotto la responsabilità dei genitori. La responsabilità di vigilanza dell'Istituzione Scolastica decorre dal momento dell'effettiva presa in carico dell'alunno/a da parte dei docenti accompagnatori presenti sul posto.</w:t>
      </w:r>
    </w:p>
    <w:p w14:paraId="6F50A430" w14:textId="77777777" w:rsidR="004B101F" w:rsidRPr="00194F18" w:rsidRDefault="004B101F" w:rsidP="004B101F">
      <w:pPr>
        <w:spacing w:after="0" w:line="240" w:lineRule="auto"/>
        <w:ind w:left="1440"/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</w:pPr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  <w:br/>
      </w:r>
    </w:p>
    <w:p w14:paraId="7074881D" w14:textId="1B7A348A" w:rsidR="004B101F" w:rsidRPr="00194F18" w:rsidRDefault="004B101F" w:rsidP="004B101F">
      <w:pPr>
        <w:numPr>
          <w:ilvl w:val="1"/>
          <w:numId w:val="11"/>
        </w:numPr>
        <w:spacing w:after="0" w:line="240" w:lineRule="auto"/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</w:pPr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>I sottoscritti</w:t>
      </w:r>
      <w:r w:rsidRPr="0075704A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 xml:space="preserve"> a</w:t>
      </w:r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>l termine delle attività (previsto per le ore 22:00):</w:t>
      </w:r>
    </w:p>
    <w:p w14:paraId="03B7C425" w14:textId="4196B0C7" w:rsidR="004B101F" w:rsidRPr="0075704A" w:rsidRDefault="004B101F" w:rsidP="004B101F">
      <w:pPr>
        <w:spacing w:after="0" w:line="240" w:lineRule="auto"/>
        <w:ind w:left="1418"/>
        <w:jc w:val="both"/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</w:pPr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 xml:space="preserve"> autorizzano l'alunno/a </w:t>
      </w:r>
      <w:proofErr w:type="spellStart"/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>a</w:t>
      </w:r>
      <w:proofErr w:type="spellEnd"/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 xml:space="preserve"> rientrare autonomamente al proprio domicilio dal punto di congedo (via Duomo), dichiarando di aver valutato la maturità del minore e la sicurezza del percorso in orario ser</w:t>
      </w:r>
      <w:r w:rsidRPr="0075704A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>ale.</w:t>
      </w:r>
    </w:p>
    <w:p w14:paraId="3BEC78E9" w14:textId="77777777" w:rsidR="004B101F" w:rsidRPr="00194F18" w:rsidRDefault="004B101F" w:rsidP="004B101F">
      <w:pPr>
        <w:spacing w:after="0" w:line="240" w:lineRule="auto"/>
        <w:ind w:left="1418"/>
        <w:jc w:val="both"/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</w:pPr>
      <w:r w:rsidRPr="00194F18">
        <w:rPr>
          <w:rFonts w:asciiTheme="majorHAnsi" w:eastAsia="Times New Roman" w:hAnsiTheme="majorHAnsi" w:cstheme="majorHAnsi"/>
          <w:color w:val="1F1F1F"/>
          <w:sz w:val="18"/>
          <w:szCs w:val="18"/>
          <w:bdr w:val="none" w:sz="0" w:space="0" w:color="auto" w:frame="1"/>
          <w:lang w:val="it-IT" w:eastAsia="it-IT"/>
        </w:rPr>
        <w:t xml:space="preserve"> Con la presente si dichiara che la responsabilità di vigilanza della scuola cessa al momento del congedo dello studente al termine delle attività previste, restando i tragitti di andata e ritorno antecedentemente e successivamente alle attività sotto la diretta responsabilità genitoriale.</w:t>
      </w:r>
    </w:p>
    <w:p w14:paraId="79E768B2" w14:textId="77777777" w:rsidR="004B101F" w:rsidRPr="00194F18" w:rsidRDefault="004B101F" w:rsidP="004B101F">
      <w:pPr>
        <w:spacing w:after="0" w:line="240" w:lineRule="auto"/>
        <w:ind w:left="1440"/>
        <w:rPr>
          <w:rFonts w:asciiTheme="majorHAnsi" w:eastAsia="Times New Roman" w:hAnsiTheme="majorHAnsi" w:cstheme="majorHAnsi"/>
          <w:color w:val="1F1F1F"/>
          <w:sz w:val="18"/>
          <w:szCs w:val="18"/>
          <w:lang w:val="it-IT" w:eastAsia="it-IT"/>
        </w:rPr>
      </w:pPr>
    </w:p>
    <w:p w14:paraId="48CD29D8" w14:textId="77777777" w:rsidR="004B101F" w:rsidRPr="0075704A" w:rsidRDefault="004B101F" w:rsidP="004B101F">
      <w:pPr>
        <w:rPr>
          <w:rFonts w:asciiTheme="majorHAnsi" w:hAnsiTheme="majorHAnsi" w:cstheme="majorHAnsi"/>
          <w:sz w:val="18"/>
          <w:szCs w:val="18"/>
          <w:lang w:val="it-IT"/>
        </w:rPr>
      </w:pPr>
    </w:p>
    <w:p w14:paraId="7A93EEFE" w14:textId="01CB2781" w:rsidR="00E23146" w:rsidRPr="0075704A" w:rsidRDefault="00E23146" w:rsidP="004B101F">
      <w:pPr>
        <w:jc w:val="both"/>
        <w:rPr>
          <w:rFonts w:asciiTheme="majorHAnsi" w:hAnsiTheme="majorHAnsi" w:cstheme="majorHAnsi"/>
          <w:sz w:val="18"/>
          <w:szCs w:val="18"/>
          <w:lang w:val="it-IT"/>
        </w:rPr>
      </w:pPr>
    </w:p>
    <w:p w14:paraId="18446E47" w14:textId="77777777" w:rsidR="00E23146" w:rsidRPr="0075704A" w:rsidRDefault="00CF4E87" w:rsidP="005662BA">
      <w:pPr>
        <w:spacing w:before="200" w:after="80"/>
        <w:jc w:val="both"/>
        <w:rPr>
          <w:rFonts w:asciiTheme="majorHAnsi" w:hAnsiTheme="majorHAnsi" w:cstheme="majorHAnsi"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b/>
          <w:sz w:val="18"/>
          <w:szCs w:val="18"/>
          <w:lang w:val="it-IT"/>
        </w:rPr>
        <w:t>SEZIONE 5 – PRIVACY E LIBERATORIA IMMAGINI/AUDIOVISIVI (Reg. UE 2016/679 - GDPR)</w:t>
      </w:r>
    </w:p>
    <w:p w14:paraId="144751C4" w14:textId="77777777" w:rsidR="00E23146" w:rsidRPr="0075704A" w:rsidRDefault="00CF4E87" w:rsidP="005662BA">
      <w:pPr>
        <w:jc w:val="both"/>
        <w:rPr>
          <w:rFonts w:asciiTheme="majorHAnsi" w:hAnsiTheme="majorHAnsi" w:cstheme="majorHAnsi"/>
          <w:sz w:val="18"/>
          <w:szCs w:val="18"/>
          <w:lang w:val="it-IT"/>
        </w:rPr>
      </w:pPr>
      <w:proofErr w:type="gramStart"/>
      <w:r w:rsidRPr="0075704A">
        <w:rPr>
          <w:rFonts w:asciiTheme="majorHAnsi" w:hAnsiTheme="majorHAnsi" w:cstheme="majorHAnsi"/>
          <w:sz w:val="18"/>
          <w:szCs w:val="18"/>
          <w:lang w:val="it-IT"/>
        </w:rPr>
        <w:t xml:space="preserve">[  </w:t>
      </w:r>
      <w:proofErr w:type="gramEnd"/>
      <w:r w:rsidRPr="0075704A">
        <w:rPr>
          <w:rFonts w:asciiTheme="majorHAnsi" w:hAnsiTheme="majorHAnsi" w:cstheme="majorHAnsi"/>
          <w:sz w:val="18"/>
          <w:szCs w:val="18"/>
          <w:lang w:val="it-IT"/>
        </w:rPr>
        <w:t xml:space="preserve"> ] PRENDONO ATTO dell'Informativa sul trattamento dei dati personali presente sul sito dell'Istituto;</w:t>
      </w:r>
    </w:p>
    <w:p w14:paraId="5A412632" w14:textId="77777777" w:rsidR="005662BA" w:rsidRPr="0075704A" w:rsidRDefault="00CF4E87" w:rsidP="005662BA">
      <w:pPr>
        <w:jc w:val="both"/>
        <w:rPr>
          <w:rFonts w:asciiTheme="majorHAnsi" w:hAnsiTheme="majorHAnsi" w:cstheme="majorHAnsi"/>
          <w:sz w:val="18"/>
          <w:szCs w:val="18"/>
          <w:lang w:val="it-IT"/>
        </w:rPr>
      </w:pPr>
      <w:proofErr w:type="gramStart"/>
      <w:r w:rsidRPr="0075704A">
        <w:rPr>
          <w:rFonts w:asciiTheme="majorHAnsi" w:hAnsiTheme="majorHAnsi" w:cstheme="majorHAnsi"/>
          <w:sz w:val="18"/>
          <w:szCs w:val="18"/>
          <w:lang w:val="it-IT"/>
        </w:rPr>
        <w:t xml:space="preserve">[  </w:t>
      </w:r>
      <w:proofErr w:type="gramEnd"/>
      <w:r w:rsidRPr="0075704A">
        <w:rPr>
          <w:rFonts w:asciiTheme="majorHAnsi" w:hAnsiTheme="majorHAnsi" w:cstheme="majorHAnsi"/>
          <w:sz w:val="18"/>
          <w:szCs w:val="18"/>
          <w:lang w:val="it-IT"/>
        </w:rPr>
        <w:t xml:space="preserve"> ] PRESTANO IL CONSENSO      /   </w:t>
      </w:r>
      <w:proofErr w:type="gramStart"/>
      <w:r w:rsidRPr="0075704A">
        <w:rPr>
          <w:rFonts w:asciiTheme="majorHAnsi" w:hAnsiTheme="majorHAnsi" w:cstheme="majorHAnsi"/>
          <w:sz w:val="18"/>
          <w:szCs w:val="18"/>
          <w:lang w:val="it-IT"/>
        </w:rPr>
        <w:t xml:space="preserve">   [</w:t>
      </w:r>
      <w:proofErr w:type="gramEnd"/>
      <w:r w:rsidRPr="0075704A">
        <w:rPr>
          <w:rFonts w:asciiTheme="majorHAnsi" w:hAnsiTheme="majorHAnsi" w:cstheme="majorHAnsi"/>
          <w:sz w:val="18"/>
          <w:szCs w:val="18"/>
          <w:lang w:val="it-IT"/>
        </w:rPr>
        <w:t xml:space="preserve"> </w:t>
      </w:r>
      <w:proofErr w:type="gramStart"/>
      <w:r w:rsidRPr="0075704A">
        <w:rPr>
          <w:rFonts w:asciiTheme="majorHAnsi" w:hAnsiTheme="majorHAnsi" w:cstheme="majorHAnsi"/>
          <w:sz w:val="18"/>
          <w:szCs w:val="18"/>
          <w:lang w:val="it-IT"/>
        </w:rPr>
        <w:t xml:space="preserve">  ]</w:t>
      </w:r>
      <w:proofErr w:type="gramEnd"/>
      <w:r w:rsidRPr="0075704A">
        <w:rPr>
          <w:rFonts w:asciiTheme="majorHAnsi" w:hAnsiTheme="majorHAnsi" w:cstheme="majorHAnsi"/>
          <w:sz w:val="18"/>
          <w:szCs w:val="18"/>
          <w:lang w:val="it-IT"/>
        </w:rPr>
        <w:t xml:space="preserve"> NEGANO IL CONSENSO</w:t>
      </w:r>
    </w:p>
    <w:p w14:paraId="3DD7FA7D" w14:textId="42629028" w:rsidR="00E23146" w:rsidRPr="0075704A" w:rsidRDefault="00CF4E87" w:rsidP="005662BA">
      <w:pPr>
        <w:jc w:val="both"/>
        <w:rPr>
          <w:rFonts w:asciiTheme="majorHAnsi" w:hAnsiTheme="majorHAnsi" w:cstheme="majorHAnsi"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sz w:val="18"/>
          <w:szCs w:val="18"/>
          <w:lang w:val="it-IT"/>
        </w:rPr>
        <w:t>alle riprese fotografiche e/o video effettuate durante lo svolgimento delle attività del Progetto FSL, ad uso esclusivo di documentazione didattica, reportistica e promozione sui canali istituzionali dell'I.S.I.S.S. "G. B. Novelli" e del Soggetto Attuatore.</w:t>
      </w:r>
    </w:p>
    <w:p w14:paraId="21B1721E" w14:textId="77777777" w:rsidR="00E23146" w:rsidRPr="0075704A" w:rsidRDefault="00CF4E87">
      <w:pPr>
        <w:spacing w:before="200" w:after="80"/>
        <w:rPr>
          <w:rFonts w:asciiTheme="majorHAnsi" w:hAnsiTheme="majorHAnsi" w:cstheme="majorHAnsi"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b/>
          <w:sz w:val="18"/>
          <w:szCs w:val="18"/>
          <w:lang w:val="it-IT"/>
        </w:rPr>
        <w:lastRenderedPageBreak/>
        <w:t>SEZIONE 6 – SOTTOSCRIZIONE DI ENTRAMBI I GENITORI</w:t>
      </w:r>
    </w:p>
    <w:p w14:paraId="2F73A12C" w14:textId="77777777" w:rsidR="00E23146" w:rsidRPr="0075704A" w:rsidRDefault="00CF4E87">
      <w:pPr>
        <w:rPr>
          <w:rFonts w:asciiTheme="majorHAnsi" w:hAnsiTheme="majorHAnsi" w:cstheme="majorHAnsi"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sz w:val="18"/>
          <w:szCs w:val="18"/>
          <w:lang w:val="it-IT"/>
        </w:rPr>
        <w:t>Data: _____ / _____ / _________</w:t>
      </w:r>
    </w:p>
    <w:p w14:paraId="01FAD846" w14:textId="77777777" w:rsidR="00E23146" w:rsidRPr="0075704A" w:rsidRDefault="00CF4E87">
      <w:pPr>
        <w:rPr>
          <w:rFonts w:asciiTheme="majorHAnsi" w:hAnsiTheme="majorHAnsi" w:cstheme="majorHAnsi"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sz w:val="18"/>
          <w:szCs w:val="18"/>
          <w:lang w:val="it-IT"/>
        </w:rPr>
        <w:t>Firma Padre / Genitore 1: _________________________________________</w:t>
      </w:r>
    </w:p>
    <w:p w14:paraId="0F47AD41" w14:textId="77777777" w:rsidR="00E23146" w:rsidRPr="0075704A" w:rsidRDefault="00CF4E87">
      <w:pPr>
        <w:rPr>
          <w:rFonts w:asciiTheme="majorHAnsi" w:hAnsiTheme="majorHAnsi" w:cstheme="majorHAnsi"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sz w:val="18"/>
          <w:szCs w:val="18"/>
          <w:lang w:val="it-IT"/>
        </w:rPr>
        <w:t>Firma Madre / Genitore 2: _________________________________________</w:t>
      </w:r>
    </w:p>
    <w:p w14:paraId="4BCE5674" w14:textId="77777777" w:rsidR="00E23146" w:rsidRPr="0075704A" w:rsidRDefault="00CF4E87">
      <w:pPr>
        <w:spacing w:before="200" w:after="80"/>
        <w:rPr>
          <w:rFonts w:asciiTheme="majorHAnsi" w:hAnsiTheme="majorHAnsi" w:cstheme="majorHAnsi"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b/>
          <w:sz w:val="18"/>
          <w:szCs w:val="18"/>
          <w:lang w:val="it-IT"/>
        </w:rPr>
        <w:t>CLAUSOLA DI RESPONSABILITÀ IN CASO DI FIRMA SINGOLA (Art. 316, 337-ter e 337-quater c.c. e D.P.R. 445/2000)</w:t>
      </w:r>
    </w:p>
    <w:p w14:paraId="45D787B1" w14:textId="77777777" w:rsidR="00E23146" w:rsidRPr="0075704A" w:rsidRDefault="00CF4E87" w:rsidP="005662BA">
      <w:pPr>
        <w:jc w:val="both"/>
        <w:rPr>
          <w:rFonts w:asciiTheme="majorHAnsi" w:hAnsiTheme="majorHAnsi" w:cstheme="majorHAnsi"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sz w:val="18"/>
          <w:szCs w:val="18"/>
          <w:lang w:val="it-IT"/>
        </w:rPr>
        <w:t>Il/La sottoscritto/a, consapevole delle sanzioni penali previste dall'art. 76 del D.P.R. 445/2000 per le ipotesi di falsità in atti e dichiarazioni mendaci, dichiara sotto la propria responsabilità che la presente autorizzazione viene resa in osservanza delle disposizioni sulla responsabilità genitoriale e in condivisione con l'altro genitore non sottoscrittore.</w:t>
      </w:r>
    </w:p>
    <w:p w14:paraId="55DD1BBE" w14:textId="77777777" w:rsidR="005662BA" w:rsidRPr="0075704A" w:rsidRDefault="00CF4E87" w:rsidP="005662BA">
      <w:pPr>
        <w:rPr>
          <w:rFonts w:asciiTheme="majorHAnsi" w:hAnsiTheme="majorHAnsi" w:cstheme="majorHAnsi"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sz w:val="18"/>
          <w:szCs w:val="18"/>
          <w:lang w:val="it-IT"/>
        </w:rPr>
        <w:t xml:space="preserve">Data: _____ / _____ / _________          </w:t>
      </w:r>
      <w:r w:rsidR="005662BA" w:rsidRPr="0075704A">
        <w:rPr>
          <w:rFonts w:asciiTheme="majorHAnsi" w:hAnsiTheme="majorHAnsi" w:cstheme="majorHAnsi"/>
          <w:sz w:val="18"/>
          <w:szCs w:val="18"/>
          <w:lang w:val="it-IT"/>
        </w:rPr>
        <w:t xml:space="preserve">                               </w:t>
      </w:r>
    </w:p>
    <w:p w14:paraId="145330F2" w14:textId="613AB39D" w:rsidR="005662BA" w:rsidRPr="0075704A" w:rsidRDefault="005662BA" w:rsidP="005662BA">
      <w:pPr>
        <w:rPr>
          <w:rFonts w:asciiTheme="majorHAnsi" w:hAnsiTheme="majorHAnsi" w:cstheme="majorHAnsi"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sz w:val="18"/>
          <w:szCs w:val="18"/>
          <w:lang w:val="it-IT"/>
        </w:rPr>
        <w:t xml:space="preserve">                                                                                           Firma del Genitore </w:t>
      </w:r>
      <w:proofErr w:type="gramStart"/>
      <w:r w:rsidRPr="0075704A">
        <w:rPr>
          <w:rFonts w:asciiTheme="majorHAnsi" w:hAnsiTheme="majorHAnsi" w:cstheme="majorHAnsi"/>
          <w:sz w:val="18"/>
          <w:szCs w:val="18"/>
          <w:lang w:val="it-IT"/>
        </w:rPr>
        <w:t>Dichiarante:  _</w:t>
      </w:r>
      <w:proofErr w:type="gramEnd"/>
      <w:r w:rsidRPr="0075704A">
        <w:rPr>
          <w:rFonts w:asciiTheme="majorHAnsi" w:hAnsiTheme="majorHAnsi" w:cstheme="majorHAnsi"/>
          <w:sz w:val="18"/>
          <w:szCs w:val="18"/>
          <w:lang w:val="it-IT"/>
        </w:rPr>
        <w:t>____________________________________</w:t>
      </w:r>
    </w:p>
    <w:p w14:paraId="7EAC53F0" w14:textId="69EC178E" w:rsidR="00E23146" w:rsidRPr="0075704A" w:rsidRDefault="00CF4E87" w:rsidP="005662BA">
      <w:pPr>
        <w:rPr>
          <w:rFonts w:asciiTheme="majorHAnsi" w:hAnsiTheme="majorHAnsi" w:cstheme="majorHAnsi"/>
          <w:sz w:val="18"/>
          <w:szCs w:val="18"/>
          <w:lang w:val="it-IT"/>
        </w:rPr>
      </w:pPr>
      <w:r w:rsidRPr="0075704A">
        <w:rPr>
          <w:rFonts w:asciiTheme="majorHAnsi" w:hAnsiTheme="majorHAnsi" w:cstheme="majorHAnsi"/>
          <w:b/>
          <w:sz w:val="18"/>
          <w:szCs w:val="18"/>
          <w:lang w:val="it-IT"/>
        </w:rPr>
        <w:t>DOCUMENTAZIONE OBBLIGATORIA DA ALLEGARE:</w:t>
      </w:r>
      <w:r w:rsidRPr="0075704A">
        <w:rPr>
          <w:rFonts w:asciiTheme="majorHAnsi" w:hAnsiTheme="majorHAnsi" w:cstheme="majorHAnsi"/>
          <w:b/>
          <w:sz w:val="18"/>
          <w:szCs w:val="18"/>
          <w:lang w:val="it-IT"/>
        </w:rPr>
        <w:br/>
        <w:t>Alla presente autorizzazione deve essere allegata, a pena di irricevibilità, la fotocopia del documento di riconoscimento (in corso di validità) del/i genitore/i o esercente/i la responsabilità genitoriale sottoscrittore/i (Art. 38 D.P.R. 445/2000).</w:t>
      </w:r>
    </w:p>
    <w:sectPr w:rsidR="00E23146" w:rsidRPr="0075704A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E41EED"/>
    <w:multiLevelType w:val="multilevel"/>
    <w:tmpl w:val="5B984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627DB9"/>
    <w:multiLevelType w:val="hybridMultilevel"/>
    <w:tmpl w:val="ED22D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398223">
    <w:abstractNumId w:val="8"/>
  </w:num>
  <w:num w:numId="2" w16cid:durableId="1260022753">
    <w:abstractNumId w:val="6"/>
  </w:num>
  <w:num w:numId="3" w16cid:durableId="809785645">
    <w:abstractNumId w:val="5"/>
  </w:num>
  <w:num w:numId="4" w16cid:durableId="54478331">
    <w:abstractNumId w:val="4"/>
  </w:num>
  <w:num w:numId="5" w16cid:durableId="2002076720">
    <w:abstractNumId w:val="7"/>
  </w:num>
  <w:num w:numId="6" w16cid:durableId="486626389">
    <w:abstractNumId w:val="3"/>
  </w:num>
  <w:num w:numId="7" w16cid:durableId="228539282">
    <w:abstractNumId w:val="2"/>
  </w:num>
  <w:num w:numId="8" w16cid:durableId="196478734">
    <w:abstractNumId w:val="1"/>
  </w:num>
  <w:num w:numId="9" w16cid:durableId="1691296134">
    <w:abstractNumId w:val="0"/>
  </w:num>
  <w:num w:numId="10" w16cid:durableId="113450384">
    <w:abstractNumId w:val="10"/>
  </w:num>
  <w:num w:numId="11" w16cid:durableId="20644089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133E"/>
    <w:rsid w:val="0029639D"/>
    <w:rsid w:val="00326F90"/>
    <w:rsid w:val="004B101F"/>
    <w:rsid w:val="005662BA"/>
    <w:rsid w:val="0075704A"/>
    <w:rsid w:val="00A625E4"/>
    <w:rsid w:val="00AA1D8D"/>
    <w:rsid w:val="00B47730"/>
    <w:rsid w:val="00CB0664"/>
    <w:rsid w:val="00DC1062"/>
    <w:rsid w:val="00E23146"/>
    <w:rsid w:val="00E93A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2CD637"/>
  <w14:defaultImageDpi w14:val="300"/>
  <w15:docId w15:val="{3E79876D-53C5-4D97-BACA-142F463F2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101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5662B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1004</Words>
  <Characters>5726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Dirigente</cp:lastModifiedBy>
  <cp:revision>2</cp:revision>
  <dcterms:created xsi:type="dcterms:W3CDTF">2026-11-05T14:01:00Z</dcterms:created>
  <dcterms:modified xsi:type="dcterms:W3CDTF">2026-11-05T14:01:00Z</dcterms:modified>
  <cp:category/>
</cp:coreProperties>
</file>